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1098" w14:textId="3798FAC5" w:rsidR="00A03108" w:rsidRDefault="00000000" w:rsidP="00F86FC7">
      <w:pPr>
        <w:pStyle w:val="1"/>
        <w:jc w:val="center"/>
      </w:pPr>
      <w:proofErr w:type="spellStart"/>
      <w:r>
        <w:t>سياسة</w:t>
      </w:r>
      <w:proofErr w:type="spellEnd"/>
      <w:r>
        <w:t xml:space="preserve"> </w:t>
      </w:r>
      <w:proofErr w:type="spellStart"/>
      <w:r>
        <w:t>الخصوصية</w:t>
      </w:r>
      <w:proofErr w:type="spellEnd"/>
      <w:r>
        <w:t xml:space="preserve"> </w:t>
      </w:r>
      <w:proofErr w:type="spellStart"/>
      <w:r>
        <w:t>وشروط</w:t>
      </w:r>
      <w:proofErr w:type="spellEnd"/>
      <w:r>
        <w:t xml:space="preserve"> </w:t>
      </w:r>
      <w:proofErr w:type="spellStart"/>
      <w:r>
        <w:t>الاستخدام</w:t>
      </w:r>
      <w:proofErr w:type="spellEnd"/>
      <w:r>
        <w:br/>
        <w:t>MOTORSCAN</w:t>
      </w:r>
    </w:p>
    <w:p w14:paraId="608F80F1" w14:textId="77777777" w:rsidR="00A03108" w:rsidRDefault="00000000">
      <w:pPr>
        <w:pStyle w:val="21"/>
        <w:jc w:val="right"/>
      </w:pPr>
      <w:r>
        <w:t>1. المقدمة</w:t>
      </w:r>
    </w:p>
    <w:p w14:paraId="7C5282B3" w14:textId="77777777" w:rsidR="00A03108" w:rsidRDefault="00000000">
      <w:pPr>
        <w:jc w:val="right"/>
      </w:pPr>
      <w:r>
        <w:t>بمجرد دخولك أو استخدامك أو التسجيل في منصة MOTORSCAN فإنك توافق على شروط الاستخدام وسياسة الخصوصية، ويعد استمرار استخدامك موافقة إلكترونية ملزمة.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046D157A" w14:textId="77777777" w:rsidR="00A03108" w:rsidRDefault="00000000">
      <w:pPr>
        <w:pStyle w:val="21"/>
        <w:jc w:val="right"/>
      </w:pPr>
      <w:r>
        <w:lastRenderedPageBreak/>
        <w:t>2. التعريفات</w:t>
      </w:r>
    </w:p>
    <w:p w14:paraId="67DD93F4" w14:textId="77777777" w:rsidR="00A03108" w:rsidRDefault="00000000">
      <w:pPr>
        <w:jc w:val="right"/>
      </w:pPr>
      <w:r>
        <w:t>تشمل التعريفات: المنصة، المستخدم، الإدارة، الخدمات، المحتوى، البيانات، الحساب، الاشتراك، الشريك، ومزود الخدمة.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235675F3" w14:textId="77C74DE1" w:rsidR="00A03108" w:rsidRDefault="00000000">
      <w:pPr>
        <w:jc w:val="right"/>
      </w:pP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w:t>
      </w:r>
      <w:r>
        <w:lastRenderedPageBreak/>
        <w:t>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46F7B3A8" w14:textId="77777777" w:rsidR="00A03108" w:rsidRDefault="00000000">
      <w:pPr>
        <w:pStyle w:val="21"/>
        <w:jc w:val="right"/>
      </w:pPr>
      <w:r>
        <w:t>4. أهلية الاستخدام</w:t>
      </w:r>
    </w:p>
    <w:p w14:paraId="27B41FB4" w14:textId="77777777" w:rsidR="00A03108" w:rsidRDefault="00000000">
      <w:pPr>
        <w:jc w:val="right"/>
      </w:pPr>
      <w:r>
        <w:t>يقر المستخدم بأهليته النظامية وصحة البيانات التي يقدمها.</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w:t>
      </w:r>
      <w:r>
        <w:lastRenderedPageBreak/>
        <w:t>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443116E7" w14:textId="77777777" w:rsidR="00A03108" w:rsidRDefault="00000000">
      <w:pPr>
        <w:pStyle w:val="21"/>
        <w:jc w:val="right"/>
      </w:pPr>
      <w:r>
        <w:t>5. طبيعة الخدمات</w:t>
      </w:r>
    </w:p>
    <w:p w14:paraId="2A4885F1" w14:textId="77777777" w:rsidR="00A03108" w:rsidRDefault="00000000">
      <w:pPr>
        <w:jc w:val="right"/>
      </w:pPr>
      <w:r>
        <w:t>المنصة تقدم خدمات معلوماتية وإرشادية ولا تعد بديلاً عن الفحص الفني.</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w:t>
      </w:r>
      <w:r>
        <w:lastRenderedPageBreak/>
        <w:t>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3B474937" w14:textId="77777777" w:rsidR="00A03108" w:rsidRDefault="00000000">
      <w:pPr>
        <w:pStyle w:val="21"/>
        <w:jc w:val="right"/>
      </w:pPr>
      <w:r>
        <w:t>6. الحسابات</w:t>
      </w:r>
    </w:p>
    <w:p w14:paraId="38D09494" w14:textId="77777777" w:rsidR="00A03108" w:rsidRDefault="00000000">
      <w:pPr>
        <w:jc w:val="right"/>
      </w:pPr>
      <w:r>
        <w:t>المستخدم مسؤول عن حماية بيانات دخوله.</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34E0C430" w14:textId="77777777" w:rsidR="00A03108" w:rsidRDefault="00000000">
      <w:pPr>
        <w:pStyle w:val="21"/>
        <w:jc w:val="right"/>
      </w:pPr>
      <w:r>
        <w:lastRenderedPageBreak/>
        <w:t>7. الاستخدام المقبول</w:t>
      </w:r>
    </w:p>
    <w:p w14:paraId="2DD337C9" w14:textId="77777777" w:rsidR="00A03108" w:rsidRDefault="00000000">
      <w:pPr>
        <w:jc w:val="right"/>
      </w:pPr>
      <w:r>
        <w:t>يحظر إساءة الاستخدام أو الاختراق أو نسخ المحتوى.</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1B0FE566" w14:textId="77777777" w:rsidR="00A03108" w:rsidRDefault="00000000">
      <w:pPr>
        <w:pStyle w:val="21"/>
        <w:jc w:val="right"/>
      </w:pPr>
      <w:r>
        <w:t>8. الملكية الفكرية</w:t>
      </w:r>
    </w:p>
    <w:p w14:paraId="4BE0498E" w14:textId="77777777" w:rsidR="00A03108" w:rsidRDefault="00000000">
      <w:pPr>
        <w:jc w:val="right"/>
      </w:pPr>
      <w:r>
        <w:t>جميع الحقوق محفوظة للمنصة.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w:t>
      </w:r>
      <w:r>
        <w:lastRenderedPageBreak/>
        <w:t>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76729BB5" w14:textId="77777777" w:rsidR="00A03108" w:rsidRDefault="00000000">
      <w:pPr>
        <w:pStyle w:val="21"/>
        <w:jc w:val="right"/>
      </w:pPr>
      <w:r>
        <w:t>9. إخلاء المسؤولية</w:t>
      </w:r>
    </w:p>
    <w:p w14:paraId="25CC67C4" w14:textId="77777777" w:rsidR="00A03108" w:rsidRDefault="00000000">
      <w:pPr>
        <w:jc w:val="right"/>
      </w:pPr>
      <w:r>
        <w:t>تستخدم المنصة على مسؤولية المستخدم وفي الحدود التي يسمح بها النظام.</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w:t>
      </w:r>
      <w:r>
        <w:lastRenderedPageBreak/>
        <w:t>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2DB58B2B" w14:textId="77777777" w:rsidR="00A03108" w:rsidRDefault="00000000">
      <w:pPr>
        <w:pStyle w:val="21"/>
        <w:jc w:val="right"/>
      </w:pPr>
      <w:r>
        <w:t>10. حدود المسؤولية</w:t>
      </w:r>
    </w:p>
    <w:p w14:paraId="28A8B69B" w14:textId="77777777" w:rsidR="00A03108" w:rsidRDefault="00000000">
      <w:pPr>
        <w:jc w:val="right"/>
      </w:pPr>
      <w:r>
        <w:t>لا تقدم المنصة ضماناً مطلقاً لدقة النتائج أو استمرار الخدمة.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w:t>
      </w:r>
      <w:r>
        <w:lastRenderedPageBreak/>
        <w:t>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6B7224CF" w14:textId="77777777" w:rsidR="00A03108" w:rsidRDefault="00000000">
      <w:pPr>
        <w:pStyle w:val="21"/>
        <w:jc w:val="right"/>
      </w:pPr>
      <w:r>
        <w:t>11. القوة القاهرة</w:t>
      </w:r>
    </w:p>
    <w:p w14:paraId="14FB0480" w14:textId="77777777" w:rsidR="00A03108" w:rsidRDefault="00000000">
      <w:pPr>
        <w:jc w:val="right"/>
      </w:pPr>
      <w:r>
        <w:t>لا تتحمل المنصة مسؤولية الأحداث الخارجة عن الإرادة.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7CE85A2B" w14:textId="77777777" w:rsidR="00A03108" w:rsidRDefault="00000000">
      <w:pPr>
        <w:pStyle w:val="21"/>
        <w:jc w:val="right"/>
      </w:pPr>
      <w:r>
        <w:lastRenderedPageBreak/>
        <w:t>12. التحديثات</w:t>
      </w:r>
    </w:p>
    <w:p w14:paraId="099EDB39" w14:textId="77777777" w:rsidR="00F86FC7" w:rsidRDefault="00000000">
      <w:pPr>
        <w:jc w:val="right"/>
      </w:pPr>
      <w:r>
        <w:t>يجوز تعديل الخدمات والشروط.</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w:t>
      </w:r>
      <w:proofErr w:type="spellStart"/>
      <w:r>
        <w:t>المنصة</w:t>
      </w:r>
      <w:proofErr w:type="spellEnd"/>
    </w:p>
    <w:p w14:paraId="54EC6449" w14:textId="77777777" w:rsidR="00F86FC7" w:rsidRDefault="00F86FC7">
      <w:pPr>
        <w:jc w:val="right"/>
      </w:pPr>
    </w:p>
    <w:p w14:paraId="0BD03105" w14:textId="77777777" w:rsidR="00F86FC7" w:rsidRDefault="00F86FC7" w:rsidP="00F86FC7">
      <w:pPr>
        <w:pStyle w:val="21"/>
        <w:jc w:val="right"/>
      </w:pPr>
      <w:r>
        <w:t xml:space="preserve">3. </w:t>
      </w:r>
      <w:proofErr w:type="spellStart"/>
      <w:r>
        <w:t>بيانات</w:t>
      </w:r>
      <w:proofErr w:type="spellEnd"/>
      <w:r>
        <w:t xml:space="preserve"> </w:t>
      </w:r>
      <w:proofErr w:type="spellStart"/>
      <w:r>
        <w:t>الجهة</w:t>
      </w:r>
      <w:proofErr w:type="spellEnd"/>
      <w:r>
        <w:t xml:space="preserve"> </w:t>
      </w:r>
      <w:proofErr w:type="spellStart"/>
      <w:r>
        <w:t>المالكة</w:t>
      </w:r>
      <w:proofErr w:type="spellEnd"/>
    </w:p>
    <w:p w14:paraId="78D8223F" w14:textId="4CF540E4" w:rsidR="00A03108" w:rsidRDefault="00F86FC7" w:rsidP="00F86FC7">
      <w:pPr>
        <w:jc w:val="right"/>
      </w:pPr>
      <w:proofErr w:type="spellStart"/>
      <w:r>
        <w:t>مالك</w:t>
      </w:r>
      <w:proofErr w:type="spellEnd"/>
      <w:r>
        <w:t xml:space="preserve"> </w:t>
      </w:r>
      <w:proofErr w:type="spellStart"/>
      <w:r>
        <w:t>المنصة</w:t>
      </w:r>
      <w:proofErr w:type="spellEnd"/>
      <w:r>
        <w:t>: Mshari Mshall Althaqafi.</w:t>
      </w:r>
      <w:r>
        <w:br/>
      </w:r>
      <w:proofErr w:type="spellStart"/>
      <w:r>
        <w:t>الصفة</w:t>
      </w:r>
      <w:proofErr w:type="spellEnd"/>
      <w:r>
        <w:t xml:space="preserve">: </w:t>
      </w:r>
      <w:proofErr w:type="spellStart"/>
      <w:r>
        <w:t>وكيل</w:t>
      </w:r>
      <w:proofErr w:type="spellEnd"/>
      <w:r>
        <w:t xml:space="preserve"> </w:t>
      </w:r>
      <w:proofErr w:type="spellStart"/>
      <w:r>
        <w:t>شركة</w:t>
      </w:r>
      <w:proofErr w:type="spellEnd"/>
      <w:r>
        <w:t xml:space="preserve"> </w:t>
      </w:r>
      <w:proofErr w:type="spellStart"/>
      <w:r>
        <w:t>شاهين</w:t>
      </w:r>
      <w:proofErr w:type="spellEnd"/>
      <w:r>
        <w:t xml:space="preserve"> </w:t>
      </w:r>
      <w:proofErr w:type="spellStart"/>
      <w:r>
        <w:t>بلس</w:t>
      </w:r>
      <w:proofErr w:type="spellEnd"/>
      <w:r>
        <w:t>.</w:t>
      </w:r>
      <w:r>
        <w:br/>
      </w:r>
      <w:proofErr w:type="spellStart"/>
      <w:r>
        <w:t>الشركة</w:t>
      </w:r>
      <w:proofErr w:type="spellEnd"/>
      <w:r>
        <w:t xml:space="preserve">: </w:t>
      </w:r>
      <w:proofErr w:type="spellStart"/>
      <w:r>
        <w:t>شركة</w:t>
      </w:r>
      <w:proofErr w:type="spellEnd"/>
      <w:r>
        <w:t xml:space="preserve"> </w:t>
      </w:r>
      <w:proofErr w:type="spellStart"/>
      <w:r>
        <w:t>شاهين</w:t>
      </w:r>
      <w:proofErr w:type="spellEnd"/>
      <w:r>
        <w:t xml:space="preserve"> </w:t>
      </w:r>
      <w:proofErr w:type="spellStart"/>
      <w:r>
        <w:t>بلس</w:t>
      </w:r>
      <w:proofErr w:type="spellEnd"/>
      <w:r>
        <w:t xml:space="preserve"> (</w:t>
      </w:r>
      <w:proofErr w:type="spellStart"/>
      <w:r>
        <w:t>شركة</w:t>
      </w:r>
      <w:proofErr w:type="spellEnd"/>
      <w:r>
        <w:t xml:space="preserve"> </w:t>
      </w:r>
      <w:proofErr w:type="spellStart"/>
      <w:r>
        <w:t>شخص</w:t>
      </w:r>
      <w:proofErr w:type="spellEnd"/>
      <w:r>
        <w:t xml:space="preserve"> </w:t>
      </w:r>
      <w:proofErr w:type="spellStart"/>
      <w:r>
        <w:t>واحد</w:t>
      </w:r>
      <w:proofErr w:type="spellEnd"/>
      <w:r>
        <w:t>).</w:t>
      </w:r>
      <w:r>
        <w:br/>
      </w:r>
      <w:proofErr w:type="spellStart"/>
      <w:r>
        <w:t>نوع</w:t>
      </w:r>
      <w:proofErr w:type="spellEnd"/>
      <w:r>
        <w:t xml:space="preserve"> </w:t>
      </w:r>
      <w:proofErr w:type="spellStart"/>
      <w:r>
        <w:t>الشركة</w:t>
      </w:r>
      <w:proofErr w:type="spellEnd"/>
      <w:r>
        <w:t xml:space="preserve">: </w:t>
      </w:r>
      <w:proofErr w:type="spellStart"/>
      <w:r>
        <w:t>ذات</w:t>
      </w:r>
      <w:proofErr w:type="spellEnd"/>
      <w:r>
        <w:t xml:space="preserve"> </w:t>
      </w:r>
      <w:proofErr w:type="spellStart"/>
      <w:r>
        <w:t>مسؤولية</w:t>
      </w:r>
      <w:proofErr w:type="spellEnd"/>
      <w:r>
        <w:t xml:space="preserve"> </w:t>
      </w:r>
      <w:proofErr w:type="spellStart"/>
      <w:r>
        <w:t>محدودة</w:t>
      </w:r>
      <w:proofErr w:type="spellEnd"/>
      <w:r>
        <w:t>.</w:t>
      </w:r>
      <w:r>
        <w:br/>
      </w:r>
      <w:proofErr w:type="spellStart"/>
      <w:r>
        <w:t>الرقم</w:t>
      </w:r>
      <w:proofErr w:type="spellEnd"/>
      <w:r>
        <w:t xml:space="preserve"> </w:t>
      </w:r>
      <w:proofErr w:type="spellStart"/>
      <w:r>
        <w:t>الموحد</w:t>
      </w:r>
      <w:proofErr w:type="spellEnd"/>
      <w:r>
        <w:t>: 7037731697.</w:t>
      </w:r>
      <w:r>
        <w:br/>
      </w:r>
      <w:proofErr w:type="spellStart"/>
      <w:r>
        <w:lastRenderedPageBreak/>
        <w:t>رقم</w:t>
      </w:r>
      <w:proofErr w:type="spellEnd"/>
      <w:r>
        <w:t xml:space="preserve"> </w:t>
      </w:r>
      <w:proofErr w:type="spellStart"/>
      <w:r>
        <w:t>المنشأة</w:t>
      </w:r>
      <w:proofErr w:type="spellEnd"/>
      <w:r>
        <w:t>: 4032273722.</w:t>
      </w:r>
      <w:r>
        <w:br/>
      </w:r>
      <w:proofErr w:type="spellStart"/>
      <w:r>
        <w:t>التاريخ</w:t>
      </w:r>
      <w:proofErr w:type="spellEnd"/>
      <w:r>
        <w:t>: 19/06/1445هـ.</w:t>
      </w:r>
      <w:r>
        <w:br/>
      </w:r>
      <w:r w:rsidR="00000000">
        <w:t>.</w:t>
      </w:r>
    </w:p>
    <w:p w14:paraId="16A6CA31" w14:textId="77777777" w:rsidR="00A03108" w:rsidRDefault="00000000">
      <w:pPr>
        <w:pStyle w:val="21"/>
        <w:jc w:val="right"/>
      </w:pPr>
      <w:r>
        <w:t>13. الشكاوى</w:t>
      </w:r>
    </w:p>
    <w:p w14:paraId="17A784A8" w14:textId="77777777" w:rsidR="00A03108" w:rsidRDefault="00000000">
      <w:pPr>
        <w:jc w:val="right"/>
      </w:pPr>
      <w:r>
        <w:t>تقدم عبر القنوات الرسمية ويجوز دراسة الشكوى حتى 90 يوماً.</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1098E61E" w14:textId="77777777" w:rsidR="00A03108" w:rsidRDefault="00000000">
      <w:pPr>
        <w:pStyle w:val="21"/>
        <w:jc w:val="right"/>
      </w:pPr>
      <w:r>
        <w:t>14. التسوية الودية</w:t>
      </w:r>
    </w:p>
    <w:p w14:paraId="54C0D282" w14:textId="77777777" w:rsidR="00A03108" w:rsidRDefault="00000000">
      <w:pPr>
        <w:jc w:val="right"/>
      </w:pPr>
      <w:r>
        <w:t>يسعى الطرفان للتسوية الودية قبل التصعيد متى كان ذلك مناسباً.</w:t>
      </w:r>
      <w:r>
        <w:br/>
      </w:r>
      <w:r>
        <w:br/>
        <w:t xml:space="preserve"> يقر المستخدم ويوافق على الالتزام الكامل بجميع الأحكام الواردة في هذه الوثيقة، ويتعهد باستخدام المنصة بطريقة </w:t>
      </w:r>
      <w:r>
        <w:lastRenderedPageBreak/>
        <w:t>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04589541" w14:textId="77777777" w:rsidR="00A03108" w:rsidRDefault="00000000">
      <w:pPr>
        <w:pStyle w:val="21"/>
        <w:jc w:val="right"/>
      </w:pPr>
      <w:r>
        <w:t>15. جمع البيانات</w:t>
      </w:r>
    </w:p>
    <w:p w14:paraId="556291CA" w14:textId="77777777" w:rsidR="00A03108" w:rsidRDefault="00000000">
      <w:pPr>
        <w:jc w:val="right"/>
      </w:pPr>
      <w:r>
        <w:t>يجوز جمع بيانات الحساب والمركبة وسجل الاستخدام.</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w:t>
      </w:r>
      <w:r>
        <w:lastRenderedPageBreak/>
        <w:t>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417FCE8B" w14:textId="77777777" w:rsidR="00A03108" w:rsidRDefault="00000000">
      <w:pPr>
        <w:pStyle w:val="21"/>
        <w:jc w:val="right"/>
      </w:pPr>
      <w:r>
        <w:t>16. استخدام البيانات</w:t>
      </w:r>
    </w:p>
    <w:p w14:paraId="5F23945E" w14:textId="77777777" w:rsidR="00A03108" w:rsidRDefault="00000000">
      <w:pPr>
        <w:jc w:val="right"/>
      </w:pPr>
      <w:r>
        <w:t>تستخدم البيانات لتشغيل وتحسين المنصة والدعم والتطوير والالتزامات النظامية.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w:t>
      </w:r>
      <w:r>
        <w:lastRenderedPageBreak/>
        <w:t>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72FFCD3C" w14:textId="77777777" w:rsidR="00A03108" w:rsidRDefault="00000000">
      <w:pPr>
        <w:pStyle w:val="21"/>
        <w:jc w:val="right"/>
      </w:pPr>
      <w:r>
        <w:t>17. مشاركة البيانات</w:t>
      </w:r>
    </w:p>
    <w:p w14:paraId="5A7176FF" w14:textId="77777777" w:rsidR="00A03108" w:rsidRDefault="00000000">
      <w:pPr>
        <w:jc w:val="right"/>
      </w:pPr>
      <w:r>
        <w:t>قد تتم مشاركة البيانات مع مزودي الخدمات والشركاء للأغراض المشروعة ووفق الأنظمة.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w:t>
      </w:r>
      <w:r>
        <w:lastRenderedPageBreak/>
        <w:t>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4DEF0CBF" w14:textId="77777777" w:rsidR="00A03108" w:rsidRDefault="00000000">
      <w:pPr>
        <w:pStyle w:val="21"/>
        <w:jc w:val="right"/>
      </w:pPr>
      <w:r>
        <w:t>18. أمن المعلومات</w:t>
      </w:r>
    </w:p>
    <w:p w14:paraId="66C8DBBE" w14:textId="77777777" w:rsidR="00A03108" w:rsidRDefault="00000000">
      <w:pPr>
        <w:jc w:val="right"/>
      </w:pPr>
      <w:r>
        <w:t>تتخذ المنصة تدابير معقولة لحماية البيانات.</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42A2F87E" w14:textId="77777777" w:rsidR="00A03108" w:rsidRDefault="00000000">
      <w:pPr>
        <w:pStyle w:val="21"/>
        <w:jc w:val="right"/>
      </w:pPr>
      <w:r>
        <w:t>19. القانون الواجب التطبيق</w:t>
      </w:r>
    </w:p>
    <w:p w14:paraId="0123C5E8" w14:textId="77777777" w:rsidR="00A03108" w:rsidRDefault="00000000">
      <w:pPr>
        <w:jc w:val="right"/>
      </w:pPr>
      <w:r>
        <w:t>تخضع الاتفاقية لأنظمة المملكة العربية السعودية.</w:t>
      </w:r>
      <w:r>
        <w:br/>
      </w:r>
      <w:r>
        <w:br/>
      </w:r>
      <w:r>
        <w:lastRenderedPageBreak/>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p w14:paraId="546BF75F" w14:textId="77777777" w:rsidR="00A03108" w:rsidRDefault="00000000">
      <w:pPr>
        <w:pStyle w:val="21"/>
        <w:jc w:val="right"/>
      </w:pPr>
      <w:r>
        <w:t>20. الأحكام الختامية</w:t>
      </w:r>
    </w:p>
    <w:p w14:paraId="4CFDEA27" w14:textId="77777777" w:rsidR="00A03108" w:rsidRDefault="00000000">
      <w:pPr>
        <w:jc w:val="right"/>
      </w:pPr>
      <w:r>
        <w:t>استمرار الاستخدام يعني قبول أي تحديثات لاحقة.</w:t>
      </w:r>
      <w:r>
        <w:br/>
      </w:r>
      <w:r>
        <w:br/>
        <w:t xml:space="preserve">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w:t>
      </w:r>
      <w:r>
        <w:lastRenderedPageBreak/>
        <w:t>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 يقر المستخدم ويوافق على الالتزام الكامل بجميع الأحكام الواردة في هذه الوثيقة، ويتعهد باستخدام المنصة بطريقة مشروعة وعدم الإضرار بها أو بمستخدميها أو حقوق الغير، وتفسر جميع البنود بما يتوافق مع الأنظمة النافذة في المملكة العربية السعودية. ويحق للمنصة تعديل أو تطوير خدماتها وسياساتها عند الحاجة، مع استمرار سريان هذه الاتفاقية على المستخدم عند مواصلة استخدام المنصة.</w:t>
      </w:r>
    </w:p>
    <w:sectPr w:rsidR="00A03108"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8B205" w14:textId="77777777" w:rsidR="00B60857" w:rsidRDefault="00B60857" w:rsidP="00F86FC7">
      <w:pPr>
        <w:spacing w:after="0" w:line="240" w:lineRule="auto"/>
      </w:pPr>
      <w:r>
        <w:separator/>
      </w:r>
    </w:p>
  </w:endnote>
  <w:endnote w:type="continuationSeparator" w:id="0">
    <w:p w14:paraId="25A9D32D" w14:textId="77777777" w:rsidR="00B60857" w:rsidRDefault="00B60857" w:rsidP="00F86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E25F" w14:textId="77777777" w:rsidR="00B60857" w:rsidRDefault="00B60857" w:rsidP="00F86FC7">
      <w:pPr>
        <w:spacing w:after="0" w:line="240" w:lineRule="auto"/>
      </w:pPr>
      <w:r>
        <w:separator/>
      </w:r>
    </w:p>
  </w:footnote>
  <w:footnote w:type="continuationSeparator" w:id="0">
    <w:p w14:paraId="0E60DB65" w14:textId="77777777" w:rsidR="00B60857" w:rsidRDefault="00B60857" w:rsidP="00F86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395054433">
    <w:abstractNumId w:val="8"/>
  </w:num>
  <w:num w:numId="2" w16cid:durableId="135419371">
    <w:abstractNumId w:val="6"/>
  </w:num>
  <w:num w:numId="3" w16cid:durableId="1546790976">
    <w:abstractNumId w:val="5"/>
  </w:num>
  <w:num w:numId="4" w16cid:durableId="1616985954">
    <w:abstractNumId w:val="4"/>
  </w:num>
  <w:num w:numId="5" w16cid:durableId="1488743811">
    <w:abstractNumId w:val="7"/>
  </w:num>
  <w:num w:numId="6" w16cid:durableId="991063237">
    <w:abstractNumId w:val="3"/>
  </w:num>
  <w:num w:numId="7" w16cid:durableId="1076169456">
    <w:abstractNumId w:val="2"/>
  </w:num>
  <w:num w:numId="8" w16cid:durableId="1978560346">
    <w:abstractNumId w:val="1"/>
  </w:num>
  <w:num w:numId="9" w16cid:durableId="3381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03108"/>
    <w:rsid w:val="00AA1D8D"/>
    <w:rsid w:val="00B47730"/>
    <w:rsid w:val="00B60857"/>
    <w:rsid w:val="00BD76D6"/>
    <w:rsid w:val="00CB0664"/>
    <w:rsid w:val="00F86FC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9D555"/>
  <w14:defaultImageDpi w14:val="300"/>
  <w15:docId w15:val="{780D5671-D775-45B4-888C-2F563667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eastAsia="Arial" w:hAnsi="Arial"/>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9011</Words>
  <Characters>51369</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60260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mshari althaqafi</cp:lastModifiedBy>
  <cp:revision>2</cp:revision>
  <dcterms:created xsi:type="dcterms:W3CDTF">2026-07-28T14:23:00Z</dcterms:created>
  <dcterms:modified xsi:type="dcterms:W3CDTF">2026-07-28T14:23:00Z</dcterms:modified>
  <cp:category/>
</cp:coreProperties>
</file>